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60" w:before="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גיאוגרפיה · כיתה ז׳ · האדם וסביבתו – כפר עולמי · יחידה 2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color w:val="3B6FB6"/>
          <w:sz w:val="44"/>
          <w:szCs w:val="44"/>
          <w:rtl w:val="1"/>
        </w:rPr>
        <w:t>🧩 הערכה חלופית ומחוון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sz w:val="28"/>
          <w:szCs w:val="28"/>
          <w:rtl w:val="1"/>
        </w:rPr>
        <w:t>🌐 יחידה 2: גלובליזציה מעצימה שינויים בעולם</w:t>
      </w:r>
    </w:p>
    <w:p>
      <w:pPr>
        <w:bidi w:val="1"/>
        <w:spacing w:after="120" w:before="0"/>
        <w:jc w:val="center"/>
      </w:pPr>
      <w:r>
        <w:rPr>
          <w:rFonts w:ascii="Assistant" w:hAnsi="Assistant" w:cs="Assistant"/>
          <w:b w:val="0"/>
          <w:color w:val="45566B"/>
          <w:sz w:val="21"/>
          <w:szCs w:val="21"/>
          <w:rtl w:val="1"/>
        </w:rPr>
        <w:t>תפריט תוצרים בשני מסלולים: 🤖 עם בינה מלאכותית · ✋ ללא 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FFFAF0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A6A00"/>
                <w:sz w:val="26"/>
                <w:szCs w:val="26"/>
                <w:rtl w:val="1"/>
              </w:rPr>
              <w:t>🍎 למורה: איך עובדים עם הערכה החלופית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⏱️ זמנים: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3–4 שיעורים בכיתה + עבודה בבית במשך שבועיים, ועוד שיעור–שניים להצגה (בדיבייט: שיעור שלם).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👥 התארגנות: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יחידים, זוגות או קבוצות של 3–4. בתוצרים גדולים (דגם, משחק לוח, דיבייט) – קבוצות עם חלוקת תפקידים: חוקר/ת, מעצב/ת, כותב/ת, מציג/ה. כל תלמיד/ה ממלא/ת הערכה עצמית ויומן אישי.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🤖✋ שני המסלולים: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התלמידים בוחרים מסלול לפני תחילת העבודה. שני המסלולים נבדקים באותו מחוון ובאותו ניקוד (100), וההבדל היחיד הוא הקריטריון השישי: ״שימוש אחראי ושקוף״ במסלול עם בינה מלאכותית, ״מקוריות ותיעוד תהליך״ במסלול ללא. אין יתרון לאף מסלול.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🧩 התאמות לחנ״מ: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מצמצמים את דרישות התוצר (למשל 4 שקפים, 3 חוליות בשרשרת), נותנים תבנית מוכנה ובנק מושגים עם תמונות, מחלקים את העבודה לשלבים עם בדיקה קצרה אחרי כל שלב, ומאפשרים הצגה בעל־פה במקום כתיבה.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🌍 התאמות לעולים: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מילון מושגים דו־לשוני, משפטי פתיחה מוכנים (״בתוצר שלי רואים ש...״, ״הסיבה היא...״), אפשרות לחבר חלק מהתוצר בשפת האם עם תרגום של המושגים, ותוצרים חזותיים (דגם, מפה מוערת) שמבליטים חוזקות.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🛡️ איך מונעים ״העתק־הדבק״: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מבקשים טיוטה בכיתה לפני העבודה בבית; היומן (הנחיות או סקיצות) הוא חלק מהציון; משלבים נתונים אישיים או מקומיים (תצפית, ראיון, היישוב שלנו) שאי אפשר להעתיק; עורכים שיחת הגנה קצרה של 2–3 דקות: ״הסבירו לי את המושג הזה במילים שלכם״, ״למה בחרתם בנתון הזה?״.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🎤 יום ההצגה: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גלריה מסתובבת או הצגה של 3 דקות לכל תוצר. כל צופה ממלא/ת הערכת עמיתים לשני תוצרים לפחות (״שני כוכבים ומשאלה״).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💡 טיפ ליחידה: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יחידה ארוכה (9 פרקים) – מומלץ לפצל: תוצר אמצע אחרי פרק 6 (כלכלה ותרבות) ותוצר סיום אחרי פרק 9 (סביבה והתמודדות).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3B6FB6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א׳ · בוחרים תוצר ומסלול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בסוף היחידה תראו מה למדתם – לא במבחן, אלא בתוצר שאתם יוצרים. בחרו תוצר אחד מהתפריט ומסלול עבודה אחד: 🤖 עם בינה מלאכותית או ✋ ללא בינה מלאכותית. שני המסלולים נבדקים באותו מחוון ושווים באותה מידה.</w:t>
      </w:r>
    </w:p>
    <w:p>
      <w:pPr>
        <w:keepNext/>
        <w:bidi w:val="1"/>
        <w:spacing w:after="80" w:before="0"/>
        <w:jc w:val="center"/>
      </w:pPr>
      <w:r>
        <w:rPr>
          <w:rFonts w:ascii="Assistant" w:hAnsi="Assistant" w:cs="Assistant"/>
          <w:b/>
          <w:bCs/>
          <w:color w:val="3B6FB6"/>
          <w:sz w:val="24"/>
          <w:szCs w:val="24"/>
          <w:rtl w:val="1"/>
        </w:rPr>
        <w:t>❓ השאלה הגדולה של היחידה: האם הגלובליזציה היא ברכה, קללה – או קצת משתיהן?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3B6FB6"/>
          <w:sz w:val="24"/>
          <w:szCs w:val="24"/>
          <w:rtl w:val="1"/>
        </w:rPr>
        <w:t>איך זה עובד? 4 שלבים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1. בוחרים</w:t>
            </w:r>
          </w:p>
        </w:tc>
        <w:tc>
          <w:tcPr>
            <w:tcW w:type="dxa" w:w="2551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2. מתכננים</w:t>
            </w:r>
          </w:p>
        </w:tc>
        <w:tc>
          <w:tcPr>
            <w:tcW w:type="dxa" w:w="2551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3. יוצרים ומתעדים</w:t>
            </w:r>
          </w:p>
        </w:tc>
        <w:tc>
          <w:tcPr>
            <w:tcW w:type="dxa" w:w="2551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4. מציגים ומעריכים</w:t>
            </w:r>
          </w:p>
        </w:tc>
      </w:tr>
      <w:tr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תוצר ומסלול; ממלאים את ״הבחירה שלי״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טיוטה או סקיצה בכיתה, ומאשרים מול המורה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עובדים וממלאים את היומן (חלק ג׳)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מציגים, ממלאים הערכה עצמית ומעריכים עמיתים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FF3F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3B6FB6"/>
                <w:sz w:val="25"/>
                <w:szCs w:val="25"/>
                <w:rtl w:val="1"/>
              </w:rPr>
              <w:t>🖥️ 1. מצגת: ״המסע של מוצר״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בחרו מוצר יומיומי (חולצה, טלפון חכם, בננה, נעלי ספורט) ובנו מצגת שעוקבת אחרי המסע שלו: חומר הגלם, הייצור, השינוע במכולה והחנות. מי מרוויח ומי משלם את המחיר?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מפה עם מסלול המוצר בין 4 מדינות לפחות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הסבר למושגים: תאגיד רב־לאומי, שוק חופשי, מכולה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שקף ״רווחים והפסדים״: לפחות 3 נקודות מבט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סדר שלבים אפשרי למסע ורשימת שאלות מחקר; צרו טיוטת איור של המסלול. אמתו כל מדינה ונתון במקור, וציינו מה שינתם.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אוספים מידע מתוויות, מחוברת היחידה ומאטלס; משרטטים את המסלול על מפה ביד ומצלמים לשקף.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FF3F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3B6FB6"/>
                <w:sz w:val="25"/>
                <w:szCs w:val="25"/>
                <w:rtl w:val="1"/>
              </w:rPr>
              <w:t>🧱 2. דגם: ״רחוב גלובלי – רחוב מקומי״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בנו דגם של רחוב או מרכז קניות שבו רואים נוף גלובלי: חנויות רשת בינלאומיות, שלטים בשפות שונות ומזון מכל העולם – לצד מאפיינים מקומיים. הראו בדגם את רעיון העולמקומיות.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לפחות 4 סממנים גלובליים ו־3 סממנים מקומיים, עם תוויות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כרטיס הסבר: מה זו עולמקומיות? דוגמה מהדגם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שאלה לדיון: האם הרחובות בעולם נעשים דומים מדי?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רעיונות לסממנים גלובליים ומקומיים או טיוטת סקיצה מלמעלה. את הדגם בונים בידיים; לא משתמשים בשמות של חברות אמיתיות – ממציאים שמות.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מצלמים או משרטטים רחוב אמיתי ביישוב, ובונים מקופסאות, קרטון ונייר צבעוני; שלטים מכינים בעצמכם.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FF3F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3B6FB6"/>
                <w:sz w:val="25"/>
                <w:szCs w:val="25"/>
                <w:rtl w:val="1"/>
              </w:rPr>
              <w:t>📢 3. פרוטקסט – כרזת מחאה סביבתית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בחרו בעיה סביבתית שחוצה גבולות (זיהום ים, פליטת פחמן, הנחל המזוהם, ייבוש אגם, ״אופנה מהירה״) והכינו כרזת מחאה הפונה למנהיגי העולם.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סיסמה + איור שמבהיר את הבעיה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נתון אחד לפחות עם מקור, ומפה קטנה של האזור הנפגע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הצעה לפתרון: הסכם בין מדינות, צרכנות נבונה, טכנולוגיה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הכלי יכול להציע ניסוחים לסיסמה ולבדוק אם הטיעון ברור; אפשר ליצור טיוטת רקע. ניסוח סופי, נתונים ובחירת הפתרון – שלכם, ובדוקים במקור.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קולאז׳ מגזרי עיתונים, ציור או הדפסה; כותבים טיעונים ביד, ומציינים מקורות בתחתית הכרזה.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FF3F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3B6FB6"/>
                <w:sz w:val="25"/>
                <w:szCs w:val="25"/>
                <w:rtl w:val="1"/>
              </w:rPr>
              <w:t>📊 4. אינפוגרפיקה: ״מי הכי גלובלית?״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השוו בין 3 מדינות (אחת מהן ישראל) לפי 4 מדדים של גלובליות: סחר, תיירות, משתמשי אינטרנט והגירה. דרגו את המדינות והסבירו את התוצאה.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טבלת נתונים + 2 גרפים לפחות (עמודות, עוגה)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מפה קטנה שמראה את המדינות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מסקנה: מה הופך מדינה ל״גלובלית״ יותר?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להיעזר בכלי כדי להבין מה כל מדד מודד ואיך בונים גרף. את הנתונים עצמם לוקחים ממקור סטטיסטי רשמי – ולא מהכלי.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מעתיקים נתונים מטבלה בחוברת או ממקור מודפס, משרטטים גרפים על נייר מילימטרי וצובעים.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FF3F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3B6FB6"/>
                <w:sz w:val="25"/>
                <w:szCs w:val="25"/>
                <w:rtl w:val="1"/>
              </w:rPr>
              <w:t>📰 5. כתבה עיתונאית: ״הגלובליזציה בשכונה שלי״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כתבו כתבה (300–400 מילים) או הכינו סרטון קצר (2 דקות) על השפעת הגלובליזציה על השכונה או היישוב: מזון, אופנה, שפה, עבודה ותרבות.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כותרת, כותרת משנה ותמונה עם כיתוב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ציטוט מראיון אחד לפחות (משפחה, בעל/ת עסק)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פסקה על השפעה חיובית ופסקה על השפעה שלילית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משוב על המבנה ועל הכותרות, או עזרה בתיקון שגיאות כתיב – אחרי שכתבתם טיוטה בעצמכם. סמנו בטיוטה מה תוקן.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יוצאים לשכונה, מצלמים, מראיינים וכותבים בעצמכם; עורכים במחברת ומקלידים או כותבים נקי.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EFF3F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3B6FB6"/>
                <w:sz w:val="25"/>
                <w:szCs w:val="25"/>
                <w:rtl w:val="1"/>
              </w:rPr>
              <w:t>⚖️ 6. דיבייט: ״הגלובליזציה – ברכה או קללה?״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בקבוצות, הכינו טיעונים לדיבייט מנקודות מבט שונות. כל קבוצה מקבלת תפקיד ומכינה פתיחה, 3 טיעונים, תשובה לטיעון נגדי וסיכום.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כרטיס תפקיד: מי אני ומה חשוב לי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3 טיעונים מבוססי עובדות מהיחידה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תשובה מוכנה לטיעון של הצד השני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לבקש מהכלי לשחק ״צד שני״ ולהעלות טיעונים נגדיים כדי להתאמן; את הטיעונים שלכם כותבים לבד ומגבים בעובדות מהחוברת.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מכינים כרטיסי טיעון ביד, מתאמנים בזוגות ומתזמנים את הדברים.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3B6FB6"/>
                <w:sz w:val="22"/>
                <w:szCs w:val="22"/>
                <w:rtl w:val="1"/>
              </w:rPr>
              <w:t>🤖 כללי הזהב לעבודה עם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הכלי הוא עוזר, לא מחבר: הרעיון המרכזי, הניסוח הסופי והבחירות – שלכם.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מותר: לבקש רעיונות, שאלות מנחות, משוב על טיוטה, הסבר נוסף למושג, טיוטת תמונה או תרשים.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אסור: להעתיק טקסט שלם מהכלי ולהגיש אותו כאילו כתבתם אותו.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בודקים כל עובדה, מספר ומפה בשני מקורות אמינים לפחות (ספר, חוברת היחידה, אטלס, אתר רשמי של גוף מחקר או סטטיסטיקה).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על פרטיות: לא מקלידים שם מלא, כתובת, תמונה של אדם אמיתי או פרטים אישיים.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מתעדים: שומרים את ההנחיות (הפרומפטים) שכתבתם ואת מה ששיניתם – ומצרפים ליומן.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מציינים בתוצר עצמו: ״בתוצר נעזרנו בכלי בינה מלאכותית לשלבים: ...״.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3B6FB6"/>
                <w:sz w:val="22"/>
                <w:szCs w:val="22"/>
                <w:rtl w:val="1"/>
              </w:rPr>
              <w:t>✋ כללי המסלול ללא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כל שלב נעשה בידיים ובראש שלכם: סקיצות, טיוטות, מדידות, ראיונות וחיפוש במקורות.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משתמשים בחוברת היחידה, באטלס, בספרייה ובמקורות מידע מודפסים או מקוונים – ומציינים אותם.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כל טיוטה וסקיצה (גם את מה שנמחק!) – הן חלק מהציון.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חומרים ממוחזרים מבית ומהכיתה מתקבלים בברכה: קרטון, פקקים, בדים, צבעים.</w:t>
            </w:r>
          </w:p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3B6FB6"/>
          <w:sz w:val="25"/>
          <w:szCs w:val="25"/>
          <w:rtl w:val="1"/>
        </w:rPr>
        <w:t>✍️ הבחירה שלי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התוצר שבחרתי:  ☐ 1. מצגת   ☐ 2. דגם   ☐ 3. פרוטקסט   ☐ 4. אינפוגרפיקה   ☐ 5. כתבה עיתונאית   ☐ 6. דיבייט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המסלול שלי:  ☐ 🤖 עם בינה מלאכותית    ☐ ✋ ללא בינה מלאכותית        אני עובד/ת:  ☐ לבד  ☐ בזוג  ☐ בקבוצה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שמות השותפים: ______________________________   תאריך הגשה: 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הנושא או המקום שבחרנו ולמה: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3B6FB6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ב׳ · המחוון (100 נקודות)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המחוון זהה לכל התוצרים ולשני המסלולים. קראו אותו לפני שמתחילים לעבוד – כך תדעו מה חשוב. בשורה האחרונה ממלאים רק את הקריטריון של המסלול שבחרתם.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644"/>
        <w:gridCol w:w="1899"/>
        <w:gridCol w:w="1899"/>
        <w:gridCol w:w="1899"/>
        <w:gridCol w:w="1899"/>
        <w:gridCol w:w="963"/>
      </w:tblGrid>
      <w:tr>
        <w:trPr>
          <w:cantSplit/>
        </w:trPr>
        <w:tc>
          <w:tcPr>
            <w:tcW w:type="dxa" w:w="1644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קריטריון</w:t>
            </w:r>
          </w:p>
        </w:tc>
        <w:tc>
          <w:tcPr>
            <w:tcW w:type="dxa" w:w="1899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מצוין</w:t>
            </w:r>
          </w:p>
        </w:tc>
        <w:tc>
          <w:tcPr>
            <w:tcW w:type="dxa" w:w="1899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 מאוד</w:t>
            </w:r>
          </w:p>
        </w:tc>
        <w:tc>
          <w:tcPr>
            <w:tcW w:type="dxa" w:w="1899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</w:t>
            </w:r>
          </w:p>
        </w:tc>
        <w:tc>
          <w:tcPr>
            <w:tcW w:type="dxa" w:w="1899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דורש שיפור</w:t>
            </w:r>
          </w:p>
        </w:tc>
        <w:tc>
          <w:tcPr>
            <w:tcW w:type="dxa" w:w="964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ניקוד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📘 ידע ומושגים גיאוגרפיים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23–25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ומדויק בלפחות 5 מושגי יחידה (גלובליזציה, נוף גלובלי, תאגיד רב־לאומי, שוק חופשי, עולמקומיות, בעיה סביבתית חוצת גבולות, פיתוח בר־קיימא); המושגים מוסברים בדוגמאות ומקושרים זה לזה.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18–22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ב־4–5 מושגים; רוב ההסברים מדויקים ומלווים בדוגמה.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12–17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ב־2–3 מושגים; חלק מההסברים כלליים או חלקיים.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0–11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מושגים מעטים או שגויים; התוכן אינו קשור מספיק ליחידה.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🗺️ שימוש במפות ובנתונים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מפת זרימות סחר או ״מסע של מוצר״, מדדי גלובליות של מדינות, גרף או טבלה של נתוני סחר, זיהום או פליטות משולבים בתוצר, עם כותרת, מקרא ומקור – ומשמשים להסקת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 מדויקים עם כותרת ומקור; המסקנה מהם חלקית.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נתונים, אך חסרים כותרת, מקרא או מקור; אין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מפה או נתונים, או שהם שגויים ואינם קשורים לנושא.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🔍 חשיבה ביקורתית ונקודות מבט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לפחות 3 נקודות מבט (למשל: עובד/ת במפעל, צרכן/ית, בעלי תאגיד, תושבי אזור מזוהם, פעילים וחוקרות סביבה); שרשרת סיבה ותוצאה מלאה; עמדה אישית מנומקת בעובדות.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2 נקודות מבט; שרשרת סיבה ותוצאה סבירה; עמדה מנומקת בחלקה.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נקודת מבט אחת עיקרית; קשר סיבה ותוצאה חלקי; עמדה בלי נימוק.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נקודות מבט או קשרי סיבה ותוצאה; תיאור בלבד.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🎨 יצירתיות ותקשורת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מקורי, מסודר ומושך; המסר ברור לקהל; הצגה בעל־פה בטוחה ומעניינת.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11–13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מסודר ובהיר; רעיון מעניין; הצגה ברורה.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שלם אך לא אחיד; המסר לא תמיד ברור.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חלקי או לא מסודר; קשה להבין את המסר.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🪞 תהליך ורפלקציה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לפי לוח זמנים; רפלקציה כנה שמתארת קושי, פתרון ולמידה; שיתוף פעולה הוגן בקבוצה.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עקבית; רפלקציה ברורה אך כללית.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בדחיפה של המורה; רפלקציה קצרה מאוד.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רפלקציה, או שהיא לא קשורה לעבודה.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0204"/>
            <w:gridSpan w:val="6"/>
            <w:shd w:val="clear" w:color="auto" w:fill="EEF2F7"/>
          </w:tcPr>
          <w:p>
            <w:pPr>
              <w:bidi w:val="1"/>
              <w:spacing w:after="10" w:line="240" w:lineRule="auto"/>
              <w:jc w:val="center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קריטריון המסלול (10 נק׳) – ממלאים שורה אחת בלבד, לפי המסלול שנבחר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🤖 שימוש אחראי ושקוף בבינה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מלא: הנחיות, מה הכלי הציע ומה שונה; כל עובדה נבדקה במקור; ההבחנה ״מה אני עשיתי ומה הכלי עשה״ ברורה ומשכנעת.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רוב העובדות נבדקו; ההבחנה ברורה ברובה.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חלקי; בדיקת מקורות מעטה; לא ברור מה נעשה בידי התלמיד/ה.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תיעוד, או שהתוצר הועתק מהכלי כמעט כמו שהוא.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✋ מקוריות ותיעוד תהליך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תהליך מלא עם סקיצות וטיוטות; מקורות מצוינים; ניכר שהרעיון והביצוע מקוריים לגמרי.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יש טיוטה אחת לפחות ומקורות.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תיעוד חלקי; מקורות חסרים; קשה לראות את שלבי העבודה.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 או מקורות; חלקים הועתקו.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9240"/>
            <w:gridSpan w:val="5"/>
            <w:shd w:val="clear" w:color="auto" w:fill="F6F8F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2"/>
                <w:szCs w:val="22"/>
                <w:rtl w:val="1"/>
              </w:rPr>
              <w:t>סך הכול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מתוך 100</w:t>
            </w:r>
          </w:p>
        </w:tc>
      </w:tr>
    </w:tbl>
    <w:p>
      <w:pPr>
        <w:bidi w:val="1"/>
        <w:spacing w:after="0" w:before="0"/>
        <w:jc w:val="right"/>
      </w:pPr>
    </w:p>
    <w:p>
      <w:pPr>
        <w:keepNext/>
        <w:bidi w:val="1"/>
        <w:spacing w:after="20" w:before="0"/>
        <w:jc w:val="right"/>
      </w:pPr>
      <w:r>
        <w:rPr>
          <w:rFonts w:ascii="Assistant" w:hAnsi="Assistant" w:cs="Assistant"/>
          <w:b/>
          <w:bCs/>
          <w:color w:val="3B6FB6"/>
          <w:sz w:val="24"/>
          <w:szCs w:val="24"/>
          <w:rtl w:val="1"/>
        </w:rPr>
        <w:t>💬 משוב המורה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היה חזק במיוחד: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כדאי לשפר בפעם הבאה:</w:t>
            </w:r>
          </w:p>
        </w:tc>
      </w:tr>
      <w:tr>
        <w:trPr>
          <w:trHeight w:val="907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3B6FB6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ג׳ · תיעוד, הערכה עצמית והערכת עמיתים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היומן מראה את הדרך שעשיתם – והוא חלק מהציון. ממלאים רק את היומן של המסלול שבחרתם.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3B6FB6"/>
          <w:sz w:val="25"/>
          <w:szCs w:val="25"/>
          <w:rtl w:val="1"/>
        </w:rPr>
        <w:t>🤖 יומן שימוש בבינה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67"/>
        <w:gridCol w:w="2835"/>
        <w:gridCol w:w="2268"/>
        <w:gridCol w:w="2268"/>
        <w:gridCol w:w="2268"/>
      </w:tblGrid>
      <w:tr>
        <w:tc>
          <w:tcPr>
            <w:tcW w:type="dxa" w:w="567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#</w:t>
            </w:r>
          </w:p>
        </w:tc>
        <w:tc>
          <w:tcPr>
            <w:tcW w:type="dxa" w:w="2835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ביקשתי מהכלי (ההנחיה)</w:t>
            </w:r>
          </w:p>
        </w:tc>
        <w:tc>
          <w:tcPr>
            <w:tcW w:type="dxa" w:w="2268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הכלי הציע</w:t>
            </w:r>
          </w:p>
        </w:tc>
        <w:tc>
          <w:tcPr>
            <w:tcW w:type="dxa" w:w="2268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שיניתי, בחרתי או דחיתי – ולמה</w:t>
            </w:r>
          </w:p>
        </w:tc>
        <w:tc>
          <w:tcPr>
            <w:tcW w:type="dxa" w:w="2268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איך בדקתי (מקור)</w:t>
            </w:r>
          </w:p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1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2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3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🙋 מה אני עשיתי</w:t>
            </w:r>
          </w:p>
        </w:tc>
        <w:tc>
          <w:tcPr>
            <w:tcW w:type="dxa" w:w="51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🤖 מה הכלי עשה</w:t>
            </w:r>
          </w:p>
        </w:tc>
      </w:tr>
      <w:tr>
        <w:trPr>
          <w:trHeight w:val="1361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3B6FB6"/>
          <w:sz w:val="25"/>
          <w:szCs w:val="25"/>
          <w:rtl w:val="1"/>
        </w:rPr>
        <w:t>✋ יומן תהליך (מסלול ללא בינה מלאכותית)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701"/>
        <w:gridCol w:w="3969"/>
        <w:gridCol w:w="2551"/>
        <w:gridCol w:w="1984"/>
      </w:tblGrid>
      <w:tr>
        <w:tc>
          <w:tcPr>
            <w:tcW w:type="dxa" w:w="1701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תאריך / שלב</w:t>
            </w:r>
          </w:p>
        </w:tc>
        <w:tc>
          <w:tcPr>
            <w:tcW w:type="dxa" w:w="3969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עשיתי (סקיצה, טיוטה, ראיון, מדידה...)</w:t>
            </w:r>
          </w:p>
        </w:tc>
        <w:tc>
          <w:tcPr>
            <w:tcW w:type="dxa" w:w="2551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מקורות שבהם השתמשתי</w:t>
            </w:r>
          </w:p>
        </w:tc>
        <w:tc>
          <w:tcPr>
            <w:tcW w:type="dxa" w:w="1984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למדתי או שיניתי</w:t>
            </w:r>
          </w:p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</w:tbl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מצרפים ליומן את הסקיצות והטיוטות (גם את אלה שלא נכנסו לתוצר).</w:t>
      </w:r>
    </w:p>
    <w:p>
      <w:r>
        <w:br w:type="page"/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3B6FB6"/>
          <w:sz w:val="25"/>
          <w:szCs w:val="25"/>
          <w:rtl w:val="1"/>
        </w:rPr>
        <w:t>🪞 הערכה עצמית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השתמשתי בלפחות 5 מושגים מהיחידה, והסברתי אותם נכון.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בתוצר יש מפה, גרף או טבלת נתונים – עם כותרת, מקרא ומקור.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הצגתי לפחות שתי נקודות מבט שונות על הנושא.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בניתי שרשרת של סיבה ותוצאה (לפחות 3 חוליות).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ברור, מסודר ומעניין למי שרואה או שומע אותו.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בדקתי עובדות במקורות וציינתי אותם.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מילאתי את יומן התיעוד (לפי המסלול שבחרתי).</w:t>
      </w:r>
    </w:p>
    <w:p>
      <w:pPr>
        <w:bidi w:val="1"/>
        <w:spacing w:after="60" w:before="8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לפי המחוון, הציון שאני נותן/ת לעצמי: ______ מתוך 100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הדבר שהכי הצליח לי: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מה הייתי עושה אחרת, ומה למדתי על עצמי כלומד/ת: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120" w:before="160"/>
        <w:jc w:val="center"/>
      </w:pPr>
      <w:r>
        <w:rPr>
          <w:rFonts w:ascii="Assistant" w:hAnsi="Assistant" w:cs="Assistant"/>
          <w:b w:val="0"/>
          <w:color w:val="5B6B80"/>
          <w:sz w:val="18"/>
          <w:szCs w:val="18"/>
          <w:rtl w:val="1"/>
        </w:rPr>
        <w:t>✂ - - - - - - - - - - - - - גוזרים ומעבירים לבעלי התוצר - - - - - - - - - - - - -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3B6FB6"/>
          <w:sz w:val="25"/>
          <w:szCs w:val="25"/>
          <w:rtl w:val="1"/>
        </w:rPr>
        <w:t>👥 הערכת עמיתים: שני כוכבים ומשאלה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0"/>
          <w:szCs w:val="20"/>
          <w:rtl w:val="1"/>
        </w:rPr>
        <w:t>התוצר של: ______________________   הוערך על ידי: ______________________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הבנתי מה המסר המרכזי של התוצר.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מצאתי בתוצר מושגים גיאוגרפיים מהיחידה.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יש בתוצר מפה / נתונים שעוזרים להבין.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מקורי ומושקע.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1: אהבתי ש...</w:t>
            </w:r>
          </w:p>
        </w:tc>
        <w:tc>
          <w:tcPr>
            <w:tcW w:type="dxa" w:w="34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2: למדתי מהתוצר ש...</w:t>
            </w:r>
          </w:p>
        </w:tc>
        <w:tc>
          <w:tcPr>
            <w:tcW w:type="dxa" w:w="3402"/>
            <w:shd w:val="clear" w:color="auto" w:fill="DFE7F3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🌱 משאלה: כדאי להוסיף או לשפר...</w:t>
            </w:r>
          </w:p>
        </w:tc>
      </w:tr>
      <w:tr>
        <w:trPr>
          <w:trHeight w:val="1247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bidi w:val="1"/>
        <w:spacing w:after="60" w:before="20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ssistant" w:hAnsi="Assistant" w:cs="Assistant"/>
        <w:b w:val="0"/>
        <w:color w:val="5B6475"/>
        <w:sz w:val="16"/>
        <w:szCs w:val="16"/>
        <w:rtl w:val="1"/>
      </w:rPr>
      <w:t>יצרה: רוית ראש בן ישי · הערכה חלופית ומחוון · גיאוגרפיה ז׳ · יחידה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הערכה חלופית ומחוון – יחידה 2: גלובליזציה מעצימה שינויים בעולם</dc:title>
  <dc:subject>גיאוגרפיה ז׳</dc:subject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