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60" w:before="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גיאוגרפיה · כיתה ז׳ · האדם וסביבתו – כפר עולמי · יחידה 1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color w:val="0E8A83"/>
          <w:sz w:val="44"/>
          <w:szCs w:val="44"/>
          <w:rtl w:val="1"/>
        </w:rPr>
        <w:t>🧩 הערכה חלופית ומחוון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sz w:val="28"/>
          <w:szCs w:val="28"/>
          <w:rtl w:val="1"/>
        </w:rPr>
        <w:t>🔄 יחידה 1: מבוא – החיים בעולם משתנה</w:t>
      </w:r>
    </w:p>
    <w:p>
      <w:pPr>
        <w:bidi w:val="1"/>
        <w:spacing w:after="120" w:before="0"/>
        <w:jc w:val="center"/>
      </w:pPr>
      <w:r>
        <w:rPr>
          <w:rFonts w:ascii="Assistant" w:hAnsi="Assistant" w:cs="Assistant"/>
          <w:b w:val="0"/>
          <w:color w:val="45566B"/>
          <w:sz w:val="21"/>
          <w:szCs w:val="21"/>
          <w:rtl w:val="1"/>
        </w:rPr>
        <w:t>תפריט תוצרים בשני מסלולים: 🤖 עם בינה מלאכותית · ✋ ללא 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FFFAF0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A6A00"/>
                <w:sz w:val="26"/>
                <w:szCs w:val="26"/>
                <w:rtl w:val="1"/>
              </w:rPr>
              <w:t>🍎 למורה: איך עובדים עם הערכה החלופית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⏱️ זמנים: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2–3 שיעורים בכיתה + עבודה בבית במשך שבוע–שבועיים, ועוד שיעור להצגת התוצרים.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👥 התארגנות: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יחידים, זוגות או קבוצות של 3–4. בתוצרים גדולים (דגם, משחק לוח, דיבייט) – קבוצות עם חלוקת תפקידים: חוקר/ת, מעצב/ת, כותב/ת, מציג/ה. כל תלמיד/ה ממלא/ת הערכה עצמית ויומן אישי.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🤖✋ שני המסלולים: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התלמידים בוחרים מסלול לפני תחילת העבודה. שני המסלולים נבדקים באותו מחוון ובאותו ניקוד (100), וההבדל היחיד הוא הקריטריון השישי: ״שימוש אחראי ושקוף״ במסלול עם בינה מלאכותית, ״מקוריות ותיעוד תהליך״ במסלול ללא. אין יתרון לאף מסלול.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🧩 התאמות לחנ״מ: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מצמצמים את דרישות התוצר (למשל 4 שקפים, 3 חוליות בשרשרת), נותנים תבנית מוכנה ובנק מושגים עם תמונות, מחלקים את העבודה לשלבים עם בדיקה קצרה אחרי כל שלב, ומאפשרים הצגה בעל־פה במקום כתיבה.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🌍 התאמות לעולים: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מילון מושגים דו־לשוני, משפטי פתיחה מוכנים (״בתוצר שלי רואים ש...״, ״הסיבה היא...״), אפשרות לחבר חלק מהתוצר בשפת האם עם תרגום של המושגים, ותוצרים חזותיים (דגם, מפה מוערת) שמבליטים חוזקות.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🛡️ איך מונעים ״העתק־הדבק״: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מבקשים טיוטה בכיתה לפני העבודה בבית; היומן (הנחיות או סקיצות) הוא חלק מהציון; משלבים נתונים אישיים או מקומיים (תצפית, ראיון, היישוב שלנו) שאי אפשר להעתיק; עורכים שיחת הגנה קצרה של 2–3 דקות: ״הסבירו לי את המושג הזה במילים שלכם״, ״למה בחרתם בנתון הזה?״.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🎤 יום ההצגה: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גלריה מסתובבת או הצגה של 3 דקות לכל תוצר. כל צופה ממלא/ת הערכת עמיתים לשני תוצרים לפחות (״שני כוכבים ומשאלה״).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💡 טיפ ליחידה: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יחידת מבוא קצרה – מומלץ להקטין את היקף התוצר (מצגת של 6 שקפים, פודקאסט של 3 דקות) ולהשתמש בתוצר כ״כרטיס כניסה״ ליחידה הבאה.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0E8A8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א׳ · בוחרים תוצר ומסלול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בסוף היחידה תראו מה למדתם – לא במבחן, אלא בתוצר שאתם יוצרים. בחרו תוצר אחד מהתפריט ומסלול עבודה אחד: 🤖 עם בינה מלאכותית או ✋ ללא בינה מלאכותית. שני המסלולים נבדקים באותו מחוון ושווים באותה מידה.</w:t>
      </w:r>
    </w:p>
    <w:p>
      <w:pPr>
        <w:keepNext/>
        <w:bidi w:val="1"/>
        <w:spacing w:after="80" w:before="0"/>
        <w:jc w:val="center"/>
      </w:pPr>
      <w:r>
        <w:rPr>
          <w:rFonts w:ascii="Assistant" w:hAnsi="Assistant" w:cs="Assistant"/>
          <w:b/>
          <w:bCs/>
          <w:color w:val="0E8A83"/>
          <w:sz w:val="24"/>
          <w:szCs w:val="24"/>
          <w:rtl w:val="1"/>
        </w:rPr>
        <w:t>❓ השאלה הגדולה של היחידה: איך העולם משתנה – ואיך שינוי במקום אחד משפיע על מקומות אחרים?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4"/>
          <w:szCs w:val="24"/>
          <w:rtl w:val="1"/>
        </w:rPr>
        <w:t>איך זה עובד? 4 שלבים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1. בוחרים</w:t>
            </w:r>
          </w:p>
        </w:tc>
        <w:tc>
          <w:tcPr>
            <w:tcW w:type="dxa" w:w="255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2. מתכננים</w:t>
            </w:r>
          </w:p>
        </w:tc>
        <w:tc>
          <w:tcPr>
            <w:tcW w:type="dxa" w:w="255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3. יוצרים ומתעדים</w:t>
            </w:r>
          </w:p>
        </w:tc>
        <w:tc>
          <w:tcPr>
            <w:tcW w:type="dxa" w:w="255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4. מציגים ומעריכים</w:t>
            </w:r>
          </w:p>
        </w:tc>
      </w:tr>
      <w:tr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תוצר ומסלול; ממלאים את ״הבחירה שלי״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טיוטה או סקיצה בכיתה, ומאשרים מול המורה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עובדים וממלאים את היומן (חלק ג׳)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מציגים, ממלאים הערכה עצמית ומעריכים עמיתים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🖥️ 1. מצגת: ״לפני ואחרי״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מצגת של 6–8 שקפים שמשווה בין ״לפני״ ל״אחרי״ בתחום אחד: תחבורה, תקשורת או נוף. הראו מה השתנה, למה זה קרה ומה ההשלכות על חיי האנשים.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השוואה ״לפני ואחרי״ עם תמונה או מפה בכל צד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לפחות 4 מושגים מהיחידה (כפר גלובלי, ניידות...)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מסקנה: האם השינוי טוב, רע או גם וגם?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רשימת שאלות לראיון או רעיונות לסדר השקפים; צרו טיוטת איור ״לפני״ ו״אחרי״ ושפרו אותה. כל נתון שהכלי מביא – בודקים במקור ומציינים אותו בשקף.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מחפשים תמונות ״לפני ואחרי״ באלבום משפחתי, בספרים או באתרי ארכיון; מציירים ציר זמן ביד ומצלמים אותו לשקף; כותבים את כל הטקסטים בעצמכם.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🧱 2. דגם: ״נוף משתנה״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דגם כפול (שני חלקים צמודים) של אותו מקום לפני ואחרי פעולת האדם: מדבור באזור צחיח למחצה, שינוי בקו החוף או נוף טבעי שהפך לנוף אנושי.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שני חלקים: ״לפני״ ו״אחרי״, עם מקרא צבעים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הסבר: 3 סיבות לשינוי ו־2 תוצאות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שם המקום והאזור על מפת עולם קטנה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השתמשו בכלי לתכנון: בקשו רשימת חומרים ושלבי בנייה, או טיוטת סקיצה של הדגם. את הדגם עצמו בונים בידיים, ואת כרטיס ההסבר כותבים בעצמכם.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משרטטים סקיצה על נייר משבצות, בונים מחומרים ממוחזרים (קרטון, חול, פלסטלינה, ענפים) ומצלמים כל שלב בבנייה ליומן.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📢 3. פרוטקסט – כרזת עמדה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עצבו כרזה שמביעה עמדה על בעיה סביבתית מהיחידה (מדבור, נופים טבעיים שנעלמים, פגיעה בחופים). הכרזה צריכה לשכנע – אבל בעזרת עובדות.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סיסמה קצרה וחזקה (עד 7 מילים)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3 טיעונים המבוססים על עובדות ונתון אחד לפחות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קריאה לפעולה: מה כל אחד ואחת יכולים לעשות?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5 רעיונות לסיסמה – ובחרו ושכתבו אחד משלכם; אפשר ליצור טיוטת תמונה לרקע. ציינו בכרזה מה נוצר בעזרת הכלי.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מעצבים ביד או בתוכנת עיצוב פשוטה: סיסמה, איור או קולאז׳ מגזרי עיתונים, וטיעונים שכתבתם לבד.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🔗 4. אינפוגרפיקה: ״אפקט הדומינו״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הראו באינפוגרפיקה איך משבר או שינוי במקום אחד (משבר כלכלי, חסימה של נתיב שיט, בצורת) גורר שרשרת של שינויים במקומות אחרים בעולם.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שרשרת של 5 חוליות לפחות – סיבה ← תוצאה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מפת עולם קטנה עם חיצים בין המקומות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שורת סיכום: מה זה מלמד על ״הכפר הגלובלי״?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דוגמאות לאפקט דומינו ולבחור אחת; לבקש משוב על הבהירות של השרשרת. בודקים שכל חוליה נכונה בעזרת חוברת היחידה ומקור נוסף.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משרטטים את השרשרת על בריסטול בעזרת אבני דומינו מצוירות, חיצים וצבעים; כותבים את ההסברים בכתב יד.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🎙️ 5. פודקאסט: ראיון בין־דורי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ראיינו בן או בת משפחה מבוגרים (סבא, סבתא, הורה, שכן/ה) על החיים ״פעם״: נסיעות, קשר עם קרובים רחוקים, קניות. הקליטו פרק של 3–4 דקות או כתבו תסריט.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פתיחה: מי מרואיין/ת, איפה ומתי גדל/ה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4–5 שאלות על תחבורה, תקשורת וניידות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סיכום שלכם: מה השתנה ואיך זה מתחבר ל״כפר הגלובלי״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עזרה בניסוח שאלות פתוחות ובסידור התסריט – אבל את הראיון עורכים אתם, עם אדם אמיתי. אין להקליד לכלי פרטים אישיים של המרואיין/ת.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כותבים שאלות ביד, מקליטים בטלפון או ברשמקול, ועורכים לבד: פתיחה, ראיון וסיום.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BF5F5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5"/>
                <w:szCs w:val="25"/>
                <w:rtl w:val="1"/>
              </w:rPr>
              <w:t>🗺️ 6. מפה מוערת: ״העולם שלי מחובר״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בדקו מאיפה הגיעו 8–10 חפצים או מזונות בבית שלכם (לפי התווית), וסמנו אותם על מפת עולם. הוסיפו הערות: איך הגיעו, באיזה אמצעי תחבורה ומה זה אומר על הקשרים בעולם.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מפת עולם עם 8 סימונים לפחות ומקרא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חיצים שמראים את הדרך לישראל + הערה ליד כל סימון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מסקנה: אילו יבשות הכי ״קרובות״ לבית שלי?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להיעזר בכלי כדי לגלות איך מוצר מסוים מגיע בדרך כלל לישראל (באונייה, במטוס) – ולבדוק באטלס או במקור נוסף.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רושמים ביד את המידע מהתוויות, צובעים מפת עולם מודפסת ומשרטטים חיצים וסמלים.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2"/>
                <w:szCs w:val="22"/>
                <w:rtl w:val="1"/>
              </w:rPr>
              <w:t>🤖 כללי הזהב לעבודה עם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הכלי הוא עוזר, לא מחבר: הרעיון המרכזי, הניסוח הסופי והבחירות – שלכם.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מותר: לבקש רעיונות, שאלות מנחות, משוב על טיוטה, הסבר נוסף למושג, טיוטת תמונה או תרשים.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אסור: להעתיק טקסט שלם מהכלי ולהגיש אותו כאילו כתבתם אותו.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בודקים כל עובדה, מספר ומפה בשני מקורות אמינים לפחות (ספר, חוברת היחידה, אטלס, אתר רשמי של גוף מחקר או סטטיסטיקה).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על פרטיות: לא מקלידים שם מלא, כתובת, תמונה של אדם אמיתי או פרטים אישיים.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מתעדים: שומרים את ההנחיות (הפרומפטים) שכתבתם ואת מה ששיניתם – ומצרפים ליומן.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מציינים בתוצר עצמו: ״בתוצר נעזרנו בכלי בינה מלאכותית לשלבים: ...״.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0E8A83"/>
                <w:sz w:val="22"/>
                <w:szCs w:val="22"/>
                <w:rtl w:val="1"/>
              </w:rPr>
              <w:t>✋ כללי המסלול ללא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כל שלב נעשה בידיים ובראש שלכם: סקיצות, טיוטות, מדידות, ראיונות וחיפוש במקורות.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משתמשים בחוברת היחידה, באטלס, בספרייה ובמקורות מידע מודפסים או מקוונים – ומציינים אותם.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כל טיוטה וסקיצה (גם את מה שנמחק!) – הן חלק מהציון.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חומרים ממוחזרים מבית ומהכיתה מתקבלים בברכה: קרטון, פקקים, בדים, צבעים.</w:t>
            </w:r>
          </w:p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5"/>
          <w:szCs w:val="25"/>
          <w:rtl w:val="1"/>
        </w:rPr>
        <w:t>✍️ הבחירה שלי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התוצר שבחרתי:  ☐ 1. מצגת   ☐ 2. דגם   ☐ 3. פרוטקסט   ☐ 4. אינפוגרפיקה   ☐ 5. פודקאסט   ☐ 6. מפה מוערת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המסלול שלי:  ☐ 🤖 עם בינה מלאכותית    ☐ ✋ ללא בינה מלאכותית        אני עובד/ת:  ☐ לבד  ☐ בזוג  ☐ בקבוצה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שמות השותפים: ______________________________   תאריך הגשה: 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הנושא או המקום שבחרנו ולמה: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0E8A8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ב׳ · המחוון (100 נקודות)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המחוון זהה לכל התוצרים ולשני המסלולים. קראו אותו לפני שמתחילים לעבוד – כך תדעו מה חשוב. בשורה האחרונה ממלאים רק את הקריטריון של המסלול שבחרתם.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644"/>
        <w:gridCol w:w="1899"/>
        <w:gridCol w:w="1899"/>
        <w:gridCol w:w="1899"/>
        <w:gridCol w:w="1899"/>
        <w:gridCol w:w="963"/>
      </w:tblGrid>
      <w:tr>
        <w:trPr>
          <w:cantSplit/>
        </w:trPr>
        <w:tc>
          <w:tcPr>
            <w:tcW w:type="dxa" w:w="1644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קריטריון</w:t>
            </w:r>
          </w:p>
        </w:tc>
        <w:tc>
          <w:tcPr>
            <w:tcW w:type="dxa" w:w="1899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מצוין</w:t>
            </w:r>
          </w:p>
        </w:tc>
        <w:tc>
          <w:tcPr>
            <w:tcW w:type="dxa" w:w="1899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 מאוד</w:t>
            </w:r>
          </w:p>
        </w:tc>
        <w:tc>
          <w:tcPr>
            <w:tcW w:type="dxa" w:w="1899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</w:t>
            </w:r>
          </w:p>
        </w:tc>
        <w:tc>
          <w:tcPr>
            <w:tcW w:type="dxa" w:w="1899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דורש שיפור</w:t>
            </w:r>
          </w:p>
        </w:tc>
        <w:tc>
          <w:tcPr>
            <w:tcW w:type="dxa" w:w="964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ניקוד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📘 ידע ומושגים גיאוגרפיים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23–25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ומדויק בלפחות 5 מושגי יחידה (כפר גלובלי, ניידות, תחבורה ותקשורת, אפקט דומינו, נוף טבעי ונוף אנושי, מדבור); המושגים מוסברים בדוגמאות ומקושרים זה לזה.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18–22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ב־4–5 מושגים; רוב ההסברים מדויקים ומלווים בדוגמה.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12–17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ב־2–3 מושגים; חלק מההסברים כלליים או חלקיים.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0–11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מושגים מעטים או שגויים; התוכן אינו קשור מספיק ליחידה.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🗺️ שימוש במפות ובנתונים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תמונות או מפות ״לפני ואחרי״, מפת עולם עם קווי קשר, גרף או טבלה של שינוי לאורך זמן משולבים בתוצר, עם כותרת, מקרא ומקור – ומשמשים להסקת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 מדויקים עם כותרת ומקור; המסקנה מהם חלקית.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נתונים, אך חסרים כותרת, מקרא או מקור; אין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מפה או נתונים, או שהם שגויים ואינם קשורים לנושא.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🔍 חשיבה ביקורתית ונקודות מבט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לפחות 3 נקודות מבט (למשל: סבתא וסבא, בני ובנות נוער, חקלאי/ת באזור צחיח למחצה, תושבי חוף); שרשרת סיבה ותוצאה מלאה; עמדה אישית מנומקת בעובדות.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2 נקודות מבט; שרשרת סיבה ותוצאה סבירה; עמדה מנומקת בחלקה.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נקודת מבט אחת עיקרית; קשר סיבה ותוצאה חלקי; עמדה בלי נימוק.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נקודות מבט או קשרי סיבה ותוצאה; תיאור בלבד.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🎨 יצירתיות ותקשורת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מקורי, מסודר ומושך; המסר ברור לקהל; הצגה בעל־פה בטוחה ומעניינת.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11–13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מסודר ובהיר; רעיון מעניין; הצגה ברורה.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שלם אך לא אחיד; המסר לא תמיד ברור.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חלקי או לא מסודר; קשה להבין את המסר.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🪞 תהליך ורפלקציה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לפי לוח זמנים; רפלקציה כנה שמתארת קושי, פתרון ולמידה; שיתוף פעולה הוגן בקבוצה.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עקבית; רפלקציה ברורה אך כללית.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בדחיפה של המורה; רפלקציה קצרה מאוד.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רפלקציה, או שהיא לא קשורה לעבודה.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0204"/>
            <w:gridSpan w:val="6"/>
            <w:shd w:val="clear" w:color="auto" w:fill="EEF2F7"/>
          </w:tcPr>
          <w:p>
            <w:pPr>
              <w:bidi w:val="1"/>
              <w:spacing w:after="10" w:line="240" w:lineRule="auto"/>
              <w:jc w:val="center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קריטריון המסלול (10 נק׳) – ממלאים שורה אחת בלבד, לפי המסלול שנבחר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🤖 שימוש אחראי ושקוף בבינה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מלא: הנחיות, מה הכלי הציע ומה שונה; כל עובדה נבדקה במקור; ההבחנה ״מה אני עשיתי ומה הכלי עשה״ ברורה ומשכנעת.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רוב העובדות נבדקו; ההבחנה ברורה ברובה.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חלקי; בדיקת מקורות מעטה; לא ברור מה נעשה בידי התלמיד/ה.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תיעוד, או שהתוצר הועתק מהכלי כמעט כמו שהוא.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✋ מקוריות ותיעוד תהליך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תהליך מלא עם סקיצות וטיוטות; מקורות מצוינים; ניכר שהרעיון והביצוע מקוריים לגמרי.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יש טיוטה אחת לפחות ומקורות.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תיעוד חלקי; מקורות חסרים; קשה לראות את שלבי העבודה.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 או מקורות; חלקים הועתקו.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9240"/>
            <w:gridSpan w:val="5"/>
            <w:shd w:val="clear" w:color="auto" w:fill="F6F8F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2"/>
                <w:szCs w:val="22"/>
                <w:rtl w:val="1"/>
              </w:rPr>
              <w:t>סך הכול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מתוך 100</w:t>
            </w:r>
          </w:p>
        </w:tc>
      </w:tr>
    </w:tbl>
    <w:p>
      <w:pPr>
        <w:bidi w:val="1"/>
        <w:spacing w:after="0" w:before="0"/>
        <w:jc w:val="right"/>
      </w:pPr>
    </w:p>
    <w:p>
      <w:pPr>
        <w:keepNext/>
        <w:bidi w:val="1"/>
        <w:spacing w:after="20" w:before="0"/>
        <w:jc w:val="right"/>
      </w:pPr>
      <w:r>
        <w:rPr>
          <w:rFonts w:ascii="Assistant" w:hAnsi="Assistant" w:cs="Assistant"/>
          <w:b/>
          <w:bCs/>
          <w:color w:val="0E8A83"/>
          <w:sz w:val="24"/>
          <w:szCs w:val="24"/>
          <w:rtl w:val="1"/>
        </w:rPr>
        <w:t>💬 משוב המורה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היה חזק במיוחד: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כדאי לשפר בפעם הבאה:</w:t>
            </w:r>
          </w:p>
        </w:tc>
      </w:tr>
      <w:tr>
        <w:trPr>
          <w:trHeight w:val="907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0E8A8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ג׳ · תיעוד, הערכה עצמית והערכת עמיתים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היומן מראה את הדרך שעשיתם – והוא חלק מהציון. ממלאים רק את היומן של המסלול שבחרתם.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5"/>
          <w:szCs w:val="25"/>
          <w:rtl w:val="1"/>
        </w:rPr>
        <w:t>🤖 יומן שימוש בבינה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67"/>
        <w:gridCol w:w="2835"/>
        <w:gridCol w:w="2268"/>
        <w:gridCol w:w="2268"/>
        <w:gridCol w:w="2268"/>
      </w:tblGrid>
      <w:tr>
        <w:tc>
          <w:tcPr>
            <w:tcW w:type="dxa" w:w="567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#</w:t>
            </w:r>
          </w:p>
        </w:tc>
        <w:tc>
          <w:tcPr>
            <w:tcW w:type="dxa" w:w="2835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ביקשתי מהכלי (ההנחיה)</w:t>
            </w:r>
          </w:p>
        </w:tc>
        <w:tc>
          <w:tcPr>
            <w:tcW w:type="dxa" w:w="2268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הכלי הציע</w:t>
            </w:r>
          </w:p>
        </w:tc>
        <w:tc>
          <w:tcPr>
            <w:tcW w:type="dxa" w:w="2268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שיניתי, בחרתי או דחיתי – ולמה</w:t>
            </w:r>
          </w:p>
        </w:tc>
        <w:tc>
          <w:tcPr>
            <w:tcW w:type="dxa" w:w="2268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איך בדקתי (מקור)</w:t>
            </w:r>
          </w:p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🙋 מה אני עשיתי</w:t>
            </w:r>
          </w:p>
        </w:tc>
        <w:tc>
          <w:tcPr>
            <w:tcW w:type="dxa" w:w="51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🤖 מה הכלי עשה</w:t>
            </w:r>
          </w:p>
        </w:tc>
      </w:tr>
      <w:tr>
        <w:trPr>
          <w:trHeight w:val="1361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5"/>
          <w:szCs w:val="25"/>
          <w:rtl w:val="1"/>
        </w:rPr>
        <w:t>✋ יומן תהליך (מסלול ללא בינה מלאכותית)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3969"/>
        <w:gridCol w:w="2551"/>
        <w:gridCol w:w="1984"/>
      </w:tblGrid>
      <w:tr>
        <w:tc>
          <w:tcPr>
            <w:tcW w:type="dxa" w:w="170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תאריך / שלב</w:t>
            </w:r>
          </w:p>
        </w:tc>
        <w:tc>
          <w:tcPr>
            <w:tcW w:type="dxa" w:w="3969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עשיתי (סקיצה, טיוטה, ראיון, מדידה...)</w:t>
            </w:r>
          </w:p>
        </w:tc>
        <w:tc>
          <w:tcPr>
            <w:tcW w:type="dxa" w:w="2551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מקורות שבהם השתמשתי</w:t>
            </w:r>
          </w:p>
        </w:tc>
        <w:tc>
          <w:tcPr>
            <w:tcW w:type="dxa" w:w="1984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למדתי או שיניתי</w:t>
            </w:r>
          </w:p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</w:tbl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מצרפים ליומן את הסקיצות והטיוטות (גם את אלה שלא נכנסו לתוצר).</w:t>
      </w:r>
    </w:p>
    <w:p>
      <w:r>
        <w:br w:type="page"/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5"/>
          <w:szCs w:val="25"/>
          <w:rtl w:val="1"/>
        </w:rPr>
        <w:t>🪞 הערכה עצמית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השתמשתי בלפחות 5 מושגים מהיחידה, והסברתי אותם נכון.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בתוצר יש מפה, גרף או טבלת נתונים – עם כותרת, מקרא ומקור.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הצגתי לפחות שתי נקודות מבט שונות על הנושא.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בניתי שרשרת של סיבה ותוצאה (לפחות 3 חוליות).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ברור, מסודר ומעניין למי שרואה או שומע אותו.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בדקתי עובדות במקורות וציינתי אותם.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מילאתי את יומן התיעוד (לפי המסלול שבחרתי).</w:t>
      </w:r>
    </w:p>
    <w:p>
      <w:pPr>
        <w:bidi w:val="1"/>
        <w:spacing w:after="60" w:before="8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לפי המחוון, הציון שאני נותן/ת לעצמי: ______ מתוך 100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הדבר שהכי הצליח לי: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מה הייתי עושה אחרת, ומה למדתי על עצמי כלומד/ת: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120" w:before="160"/>
        <w:jc w:val="center"/>
      </w:pPr>
      <w:r>
        <w:rPr>
          <w:rFonts w:ascii="Assistant" w:hAnsi="Assistant" w:cs="Assistant"/>
          <w:b w:val="0"/>
          <w:color w:val="5B6B80"/>
          <w:sz w:val="18"/>
          <w:szCs w:val="18"/>
          <w:rtl w:val="1"/>
        </w:rPr>
        <w:t>✂ - - - - - - - - - - - - - גוזרים ומעבירים לבעלי התוצר - - - - - - - - - - - - -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0E8A83"/>
          <w:sz w:val="25"/>
          <w:szCs w:val="25"/>
          <w:rtl w:val="1"/>
        </w:rPr>
        <w:t>👥 הערכת עמיתים: שני כוכבים ומשאלה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0"/>
          <w:szCs w:val="20"/>
          <w:rtl w:val="1"/>
        </w:rPr>
        <w:t>התוצר של: ______________________   הוערך על ידי: ______________________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הבנתי מה המסר המרכזי של התוצר.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מצאתי בתוצר מושגים גיאוגרפיים מהיחידה.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יש בתוצר מפה / נתונים שעוזרים להבין.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מקורי ומושקע.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1: אהבתי ש...</w:t>
            </w:r>
          </w:p>
        </w:tc>
        <w:tc>
          <w:tcPr>
            <w:tcW w:type="dxa" w:w="34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2: למדתי מהתוצר ש...</w:t>
            </w:r>
          </w:p>
        </w:tc>
        <w:tc>
          <w:tcPr>
            <w:tcW w:type="dxa" w:w="3402"/>
            <w:shd w:val="clear" w:color="auto" w:fill="D8ECE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🌱 משאלה: כדאי להוסיף או לשפר...</w:t>
            </w:r>
          </w:p>
        </w:tc>
      </w:tr>
      <w:tr>
        <w:trPr>
          <w:trHeight w:val="1247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bidi w:val="1"/>
        <w:spacing w:after="60" w:before="20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ssistant" w:hAnsi="Assistant" w:cs="Assistant"/>
        <w:b w:val="0"/>
        <w:color w:val="5B6475"/>
        <w:sz w:val="16"/>
        <w:szCs w:val="16"/>
        <w:rtl w:val="1"/>
      </w:rPr>
      <w:t>יצרה: רוית ראש בן ישי · הערכה חלופית ומחוון · גיאוגרפיה ז׳ · יחידה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הערכה חלופית ומחוון – יחידה 1: מבוא – החיים בעולם משתנה</dc:title>
  <dc:subject>גיאוגרפיה ז׳</dc:subject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